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rFonts w:ascii="Calibri" w:hAnsi="Calibri"/>
          <w:b/>
          <w:i w:val="0"/>
          <w:color w:val="1A1D23"/>
          <w:sz w:val="44"/>
        </w:rPr>
        <w:t>Shahzodjon Beshimov</w:t>
      </w:r>
    </w:p>
    <w:p>
      <w:pPr>
        <w:spacing w:after="40"/>
      </w:pPr>
      <w:r>
        <w:rPr>
          <w:rFonts w:ascii="Calibri" w:hAnsi="Calibri"/>
          <w:b/>
          <w:i w:val="0"/>
          <w:color w:val="087A49"/>
          <w:sz w:val="24"/>
        </w:rPr>
        <w:t>Senior Full Stack Python/Django Developer</w:t>
      </w:r>
    </w:p>
    <w:p>
      <w:pPr>
        <w:spacing w:after="120"/>
      </w:pPr>
      <w:r>
        <w:rPr>
          <w:rFonts w:ascii="Calibri" w:hAnsi="Calibri"/>
          <w:b w:val="0"/>
          <w:i w:val="0"/>
          <w:color w:val="555B66"/>
          <w:sz w:val="21"/>
        </w:rPr>
        <w:t>Backend &amp; API Engineer  ·  Bukhara, Uzbekistan</w:t>
      </w:r>
    </w:p>
    <w:p>
      <w:pPr>
        <w:spacing w:after="40"/>
      </w:pPr>
      <w:r>
        <w:rPr>
          <w:rFonts w:ascii="Calibri" w:hAnsi="Calibri"/>
          <w:b w:val="0"/>
          <w:i w:val="0"/>
          <w:color w:val="0A63BC"/>
          <w:sz w:val="19"/>
        </w:rPr>
        <w:t>+998 91 448 44 25   |   webcoder.bukhara@gmail.com   |   github.com/webcoder2021   |   gitlab.com/webcoderbukhara   |   t.me/webcoder_bukhara   |   iamwcb.uz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ABOUT ME</w:t>
      </w:r>
    </w:p>
    <w:p>
      <w:r>
        <w:rPr>
          <w:rFonts w:ascii="Calibri" w:hAnsi="Calibri"/>
          <w:b w:val="0"/>
          <w:i w:val="0"/>
          <w:color w:val="1A1D23"/>
          <w:sz w:val="21"/>
        </w:rPr>
        <w:t>Full Stack developer specializing in enterprise-grade systems built on the Python and Django ecosystem. I have hands-on experience delivering ERP, CRM and LMS platforms, library management, electronic document workflow, Telegram bots and AI-powered information systems.</w:t>
      </w:r>
    </w:p>
    <w:p>
      <w:r>
        <w:rPr>
          <w:rFonts w:ascii="Calibri" w:hAnsi="Calibri"/>
          <w:b w:val="0"/>
          <w:i w:val="0"/>
          <w:color w:val="1A1D23"/>
          <w:sz w:val="21"/>
        </w:rPr>
        <w:t>My core focus areas are backend architecture design, secure REST APIs, PostgreSQL optimization, asynchronous processing with Celery and Redis, AI integration, and authentication/authorization systems.</w:t>
      </w:r>
    </w:p>
    <w:p>
      <w:r>
        <w:rPr>
          <w:rFonts w:ascii="Calibri" w:hAnsi="Calibri"/>
          <w:b w:val="0"/>
          <w:i w:val="0"/>
          <w:color w:val="1A1D23"/>
          <w:sz w:val="21"/>
        </w:rPr>
        <w:t>I take projects through the full cycle — from technical specification to server deployment and ongoing support.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TECHNICAL SKILLS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Programming languages:  </w:t>
      </w:r>
      <w:r>
        <w:rPr>
          <w:rFonts w:ascii="Calibri" w:hAnsi="Calibri"/>
          <w:b w:val="0"/>
          <w:i w:val="0"/>
          <w:color w:val="555B66"/>
          <w:sz w:val="21"/>
        </w:rPr>
        <w:t>Python, JavaScript, HTML5, CSS3, SQL, Bash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Backend:  </w:t>
      </w:r>
      <w:r>
        <w:rPr>
          <w:rFonts w:ascii="Calibri" w:hAnsi="Calibri"/>
          <w:b w:val="0"/>
          <w:i w:val="0"/>
          <w:color w:val="555B66"/>
          <w:sz w:val="21"/>
        </w:rPr>
        <w:t>Django, Django REST Framework, FastAPI, Flask, Celery, Django Channels, REST API, GraphQL, WebSocket, JWT, OAuth, Telegram Bot API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Frontend:  </w:t>
      </w:r>
      <w:r>
        <w:rPr>
          <w:rFonts w:ascii="Calibri" w:hAnsi="Calibri"/>
          <w:b w:val="0"/>
          <w:i w:val="0"/>
          <w:color w:val="555B66"/>
          <w:sz w:val="21"/>
        </w:rPr>
        <w:t>Bootstrap, Tailwind CSS, HTMX, Alpine.js, jQuery, AJAX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Databases:  </w:t>
      </w:r>
      <w:r>
        <w:rPr>
          <w:rFonts w:ascii="Calibri" w:hAnsi="Calibri"/>
          <w:b w:val="0"/>
          <w:i w:val="0"/>
          <w:color w:val="555B66"/>
          <w:sz w:val="21"/>
        </w:rPr>
        <w:t>PostgreSQL, SQLite, MySQL, Redis, pgvector, ChromaDB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Artificial Intelligence:  </w:t>
      </w:r>
      <w:r>
        <w:rPr>
          <w:rFonts w:ascii="Calibri" w:hAnsi="Calibri"/>
          <w:b w:val="0"/>
          <w:i w:val="0"/>
          <w:color w:val="555B66"/>
          <w:sz w:val="21"/>
        </w:rPr>
        <w:t>OpenAI API, Prompt Engineering, Sentence Transformers, Semantic Search, Embedding, Recommendation System, DeepFace, OCR, AI Automation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DevOps:  </w:t>
      </w:r>
      <w:r>
        <w:rPr>
          <w:rFonts w:ascii="Calibri" w:hAnsi="Calibri"/>
          <w:b w:val="0"/>
          <w:i w:val="0"/>
          <w:color w:val="555B66"/>
          <w:sz w:val="21"/>
        </w:rPr>
        <w:t>Docker, Docker Compose, Linux, Ubuntu Server, Nginx, Gunicorn, Git, GitHub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Web Security:  </w:t>
      </w:r>
      <w:r>
        <w:rPr>
          <w:rFonts w:ascii="Calibri" w:hAnsi="Calibri"/>
          <w:b w:val="0"/>
          <w:i w:val="0"/>
          <w:color w:val="555B66"/>
          <w:sz w:val="21"/>
        </w:rPr>
        <w:t>OWASP Top 10, JWT Authentication, HTTPS, Security Headers, RBAC, Data Protection</w:t>
      </w:r>
    </w:p>
    <w:p>
      <w:pPr>
        <w:spacing w:after="40"/>
      </w:pPr>
      <w:r>
        <w:rPr>
          <w:rFonts w:ascii="Calibri" w:hAnsi="Calibri"/>
          <w:b/>
          <w:i w:val="0"/>
          <w:color w:val="1A1D23"/>
          <w:sz w:val="21"/>
        </w:rPr>
        <w:t xml:space="preserve">Tools:  </w:t>
      </w:r>
      <w:r>
        <w:rPr>
          <w:rFonts w:ascii="Calibri" w:hAnsi="Calibri"/>
          <w:b w:val="0"/>
          <w:i w:val="0"/>
          <w:color w:val="555B66"/>
          <w:sz w:val="21"/>
        </w:rPr>
        <w:t>VS Code, PyCharm, Claude Code, Cursor AI, Postman, DBeaver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WORK EXPERIENCE</w:t>
      </w:r>
    </w:p>
    <w:p>
      <w:pPr>
        <w:tabs>
          <w:tab w:pos="9751" w:val="right"/>
        </w:tabs>
        <w:spacing w:before="80" w:after="0"/>
      </w:pPr>
      <w:r>
        <w:rPr>
          <w:rFonts w:ascii="Calibri" w:hAnsi="Calibri"/>
          <w:b/>
          <w:i w:val="0"/>
          <w:color w:val="1A1D23"/>
          <w:sz w:val="22"/>
        </w:rPr>
        <w:t>Backend Python Developer / Content Manager</w:t>
      </w:r>
      <w:r>
        <w:rPr>
          <w:rFonts w:ascii="Calibri" w:hAnsi="Calibri"/>
          <w:b w:val="0"/>
          <w:i w:val="0"/>
          <w:color w:val="555B66"/>
          <w:sz w:val="19"/>
        </w:rPr>
        <w:tab/>
        <w:t>May 2024 — Present</w:t>
      </w:r>
    </w:p>
    <w:p>
      <w:pPr>
        <w:spacing w:after="40"/>
      </w:pPr>
      <w:r>
        <w:rPr>
          <w:rFonts w:ascii="Calibri" w:hAnsi="Calibri"/>
          <w:b w:val="0"/>
          <w:i/>
          <w:color w:val="0A63BC"/>
          <w:sz w:val="21"/>
        </w:rPr>
        <w:t>Bukhara State Pedagogical Institute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Designing and developing the institute's official website and internal information systems with Python/Django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Building secure REST APIs for internal and external integrations; JWT authentication and role-based authorization (RBAC)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Designing PostgreSQL schemas and optimizing queries to improve performance and stability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Orchestrating background jobs and queues with Celery and Redis so heavy processes run asynchronously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Integrating AI features into the systems: semantic search, document analysis and automation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Deploying to Linux (Ubuntu) servers with Nginx and Gunicorn; monitoring and system security</w:t>
      </w:r>
    </w:p>
    <w:p>
      <w:pPr>
        <w:tabs>
          <w:tab w:pos="9751" w:val="right"/>
        </w:tabs>
        <w:spacing w:before="80" w:after="0"/>
      </w:pPr>
      <w:r>
        <w:rPr>
          <w:rFonts w:ascii="Calibri" w:hAnsi="Calibri"/>
          <w:b/>
          <w:i w:val="0"/>
          <w:color w:val="1A1D23"/>
          <w:sz w:val="22"/>
        </w:rPr>
        <w:t>Marketing Department Specialist</w:t>
      </w:r>
      <w:r>
        <w:rPr>
          <w:rFonts w:ascii="Calibri" w:hAnsi="Calibri"/>
          <w:b w:val="0"/>
          <w:i w:val="0"/>
          <w:color w:val="555B66"/>
          <w:sz w:val="19"/>
        </w:rPr>
        <w:tab/>
        <w:t>2023 — 2024</w:t>
      </w:r>
    </w:p>
    <w:p>
      <w:pPr>
        <w:spacing w:after="40"/>
      </w:pPr>
      <w:r>
        <w:rPr>
          <w:rFonts w:ascii="Calibri" w:hAnsi="Calibri"/>
          <w:b w:val="0"/>
          <w:i/>
          <w:color w:val="0A63BC"/>
          <w:sz w:val="21"/>
        </w:rPr>
        <w:t>Bukhara State University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Contributed to the university's digital projects and platforms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Worked with information systems, collecting and managing data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Prepared content and provided technical support for digital marketing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EDUCATION</w:t>
      </w:r>
    </w:p>
    <w:p>
      <w:pPr>
        <w:spacing w:after="0"/>
      </w:pPr>
      <w:r>
        <w:rPr>
          <w:rFonts w:ascii="Calibri" w:hAnsi="Calibri"/>
          <w:b/>
          <w:i w:val="0"/>
          <w:color w:val="1A1D23"/>
          <w:sz w:val="22"/>
        </w:rPr>
        <w:t>Bukhara State University</w:t>
      </w:r>
    </w:p>
    <w:p>
      <w:r>
        <w:rPr>
          <w:rFonts w:ascii="Calibri" w:hAnsi="Calibri"/>
          <w:b w:val="0"/>
          <w:i w:val="0"/>
          <w:color w:val="555B66"/>
          <w:sz w:val="21"/>
        </w:rPr>
        <w:t>Computer Science and Programming Technologies  ·  2020–2024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LANGUAGES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Uzbek — Native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Russian — Intermediate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English — Technical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CERTIFICATES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Full Stack Python Developer — MohirDev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Django Backend Developer — Meta · Coursera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ACHIEVEMENTS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End-to-end delivery of enterprise ERP, CRM and LMS systems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AI-powered information systems and semantic search solutions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Designing and documenting scalable REST API architectures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Managing and optimizing large PostgreSQL databases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Server setup, deployment and performance tuning (Linux, Docker, Nginx)</w:t>
      </w:r>
    </w:p>
    <w:p>
      <w:pPr>
        <w:pStyle w:val="ListBullet"/>
        <w:spacing w:after="40"/>
      </w:pPr>
      <w:r>
        <w:rPr>
          <w:rFonts w:ascii="Calibri" w:hAnsi="Calibri"/>
          <w:b w:val="0"/>
          <w:i w:val="0"/>
          <w:color w:val="1A1D23"/>
          <w:sz w:val="21"/>
        </w:rPr>
        <w:t>Launching Telegram bots and automated workflows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PERSONAL QUALITIES</w:t>
      </w:r>
    </w:p>
    <w:p>
      <w:r>
        <w:rPr>
          <w:rFonts w:ascii="Calibri" w:hAnsi="Calibri"/>
          <w:b w:val="0"/>
          <w:i w:val="0"/>
          <w:color w:val="1A1D23"/>
          <w:sz w:val="21"/>
        </w:rPr>
        <w:t>Analytical thinking · Problem solving · Teamwork · Responsibility &amp; leadership · Project management · Technical writing · Fast learner · Adaptability</w:t>
      </w:r>
    </w:p>
    <w:p>
      <w:pPr>
        <w:spacing w:before="200" w:after="80"/>
        <w:pBdr>
          <w:bottom w:val="single" w:sz="6" w:space="2" w:color="087A49"/>
        </w:pBdr>
      </w:pPr>
      <w:r>
        <w:rPr>
          <w:rFonts w:ascii="Calibri" w:hAnsi="Calibri"/>
          <w:b/>
          <w:i w:val="0"/>
          <w:color w:val="087A49"/>
          <w:sz w:val="22"/>
        </w:rPr>
        <w:t>INTERESTS</w:t>
      </w:r>
    </w:p>
    <w:p>
      <w:r>
        <w:rPr>
          <w:rFonts w:ascii="Calibri" w:hAnsi="Calibri"/>
          <w:b w:val="0"/>
          <w:i w:val="0"/>
          <w:color w:val="1A1D23"/>
          <w:sz w:val="21"/>
        </w:rPr>
        <w:t>Artificial Intelligence · Cybersecurity · Backend architecture · DevOps · Cloud · Machine Learning · Automation · Open Source</w:t>
      </w:r>
    </w:p>
    <w:sectPr w:rsidR="00FC693F" w:rsidRPr="0006063C" w:rsidSect="00034616">
      <w:pgSz w:w="12240" w:h="15840"/>
      <w:pgMar w:top="850" w:right="1077" w:bottom="85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Calibri" w:hAnsi="Calibri"/>
      <w:color w:val="1A1D2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